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C868B" w14:textId="77777777" w:rsidR="00910842" w:rsidRPr="00433431" w:rsidRDefault="00000000">
      <w:pPr>
        <w:pStyle w:val="Titel"/>
        <w:rPr>
          <w:lang w:val="de-DE"/>
        </w:rPr>
      </w:pPr>
      <w:r w:rsidRPr="00433431">
        <w:rPr>
          <w:lang w:val="de-DE"/>
        </w:rPr>
        <w:t>Übungsaufgabe – Funktionsuntersuchung</w:t>
      </w:r>
    </w:p>
    <w:p w14:paraId="39F23081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Nullstellen · Extrempunkte · Wendepunkt · Tangente und Normale</w:t>
      </w:r>
    </w:p>
    <w:p w14:paraId="1B3B8C92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Name: ______________________________     Datum: __________________</w:t>
      </w:r>
    </w:p>
    <w:p w14:paraId="568C905C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Gegeben ist die ganzrationale Funktion f(x) = x³ − 3x² + 4.</w:t>
      </w:r>
    </w:p>
    <w:p w14:paraId="698AF2A9" w14:textId="77777777" w:rsidR="00910842" w:rsidRPr="00433431" w:rsidRDefault="00000000">
      <w:pPr>
        <w:pStyle w:val="berschrift1"/>
        <w:rPr>
          <w:lang w:val="de-DE"/>
        </w:rPr>
      </w:pPr>
      <w:r w:rsidRPr="00433431">
        <w:rPr>
          <w:lang w:val="de-DE"/>
        </w:rPr>
        <w:t>Aufgaben</w:t>
      </w:r>
    </w:p>
    <w:p w14:paraId="128C240D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1. Bestimme die ersten drei Ableitungen von f.</w:t>
      </w:r>
    </w:p>
    <w:p w14:paraId="254FB45B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2. Berechne alle Nullstellen und gib ihre Vielfachheiten an.</w:t>
      </w:r>
    </w:p>
    <w:p w14:paraId="7DC6D248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3. Bestimme die Extrempunkte und klassifiziere sie mithilfe der zweiten Ableitung.</w:t>
      </w:r>
    </w:p>
    <w:p w14:paraId="4F7E2272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4. Bestimme den Wendepunkt und begründe, dass tatsächlich ein Wendepunkt vorliegt.</w:t>
      </w:r>
    </w:p>
    <w:p w14:paraId="34FC46DB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5. Berechne die Gleichungen der Wendetangente und der Normalen im Wendepunkt.</w:t>
      </w:r>
    </w:p>
    <w:p w14:paraId="4D37186C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6. Untersuche die Monotonie und skizziere den Graphen anhand der Ergebnisse.</w:t>
      </w:r>
    </w:p>
    <w:p w14:paraId="55B0D168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7. Für gₐ(x) = a · f(x) mit a &gt; 1: Beschreibe, wie sich Wendepunkt und Wendetangente verändern. Begründe.</w:t>
      </w:r>
    </w:p>
    <w:p w14:paraId="7B5E6B61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Hinweis: Gib alle Rechenschritte an. Verwende möglichst exakte Werte.</w:t>
      </w:r>
    </w:p>
    <w:p w14:paraId="704A57F4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br w:type="page"/>
      </w:r>
    </w:p>
    <w:p w14:paraId="6F1D253F" w14:textId="77777777" w:rsidR="00910842" w:rsidRPr="00433431" w:rsidRDefault="00000000">
      <w:pPr>
        <w:pStyle w:val="Titel"/>
        <w:rPr>
          <w:lang w:val="de-DE"/>
        </w:rPr>
      </w:pPr>
      <w:r w:rsidRPr="00433431">
        <w:rPr>
          <w:lang w:val="de-DE"/>
        </w:rPr>
        <w:lastRenderedPageBreak/>
        <w:t>Musterlösung – vollständige Rechenwege</w:t>
      </w:r>
    </w:p>
    <w:p w14:paraId="4C2ADA99" w14:textId="77777777" w:rsidR="00910842" w:rsidRPr="00433431" w:rsidRDefault="00000000">
      <w:pPr>
        <w:pStyle w:val="berschrift1"/>
        <w:rPr>
          <w:lang w:val="de-DE"/>
        </w:rPr>
      </w:pPr>
      <w:r w:rsidRPr="00433431">
        <w:rPr>
          <w:lang w:val="de-DE"/>
        </w:rPr>
        <w:t>1. Ableitungen</w:t>
      </w:r>
    </w:p>
    <w:p w14:paraId="2310EB09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f′(x) = 3x² − 6x;   f″(x) = 6x − 6;   f‴(x) = 6.</w:t>
      </w:r>
    </w:p>
    <w:p w14:paraId="5B158EBC" w14:textId="77777777" w:rsidR="00910842" w:rsidRPr="00433431" w:rsidRDefault="00000000">
      <w:pPr>
        <w:pStyle w:val="berschrift1"/>
        <w:rPr>
          <w:lang w:val="de-DE"/>
        </w:rPr>
      </w:pPr>
      <w:r w:rsidRPr="00433431">
        <w:rPr>
          <w:lang w:val="de-DE"/>
        </w:rPr>
        <w:t>2. Nullstellen</w:t>
      </w:r>
    </w:p>
    <w:p w14:paraId="6511B3A9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x³ − 3x² + 4 = (x + 1)(x² − 4x + 4) = (x + 1)(x − 2)².</w:t>
      </w:r>
    </w:p>
    <w:p w14:paraId="732653C7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Somit N₁(−1 | 0) (einfach) und N₂(2 | 0) (doppelt, Berührpunkt).</w:t>
      </w:r>
    </w:p>
    <w:p w14:paraId="2068DD06" w14:textId="77777777" w:rsidR="00910842" w:rsidRPr="00433431" w:rsidRDefault="00000000">
      <w:pPr>
        <w:pStyle w:val="berschrift1"/>
        <w:rPr>
          <w:lang w:val="de-DE"/>
        </w:rPr>
      </w:pPr>
      <w:r w:rsidRPr="00433431">
        <w:rPr>
          <w:lang w:val="de-DE"/>
        </w:rPr>
        <w:t>3. Extrempunkte</w:t>
      </w:r>
    </w:p>
    <w:p w14:paraId="71F40006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f′(x) = 3x(x − 2) = 0  ⇒  x = 0 oder x = 2.</w:t>
      </w:r>
    </w:p>
    <w:p w14:paraId="38B1E602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f″(0) = −6 &lt; 0 ⇒ Hochpunkt H(0 | 4).</w:t>
      </w:r>
    </w:p>
    <w:p w14:paraId="1BD1B013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f″(2) = 6 &gt; 0 ⇒ Tiefpunkt T(2 | 0).</w:t>
      </w:r>
    </w:p>
    <w:p w14:paraId="565C781B" w14:textId="77777777" w:rsidR="00910842" w:rsidRPr="00433431" w:rsidRDefault="00000000">
      <w:pPr>
        <w:pStyle w:val="berschrift1"/>
        <w:rPr>
          <w:lang w:val="de-DE"/>
        </w:rPr>
      </w:pPr>
      <w:r w:rsidRPr="00433431">
        <w:rPr>
          <w:lang w:val="de-DE"/>
        </w:rPr>
        <w:t>4. Wendepunkt</w:t>
      </w:r>
    </w:p>
    <w:p w14:paraId="34788E48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f″(x) = 6x − 6 = 0 ⇒ x = 1. Wegen f‴(1) = 6 ≠ 0 liegt ein Wendepunkt vor.</w:t>
      </w:r>
    </w:p>
    <w:p w14:paraId="0FF73E45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f(1) = 1 − 3 + 4 = 2 ⇒ W(1 | 2).</w:t>
      </w:r>
    </w:p>
    <w:p w14:paraId="1B1C95F1" w14:textId="77777777" w:rsidR="00910842" w:rsidRPr="00433431" w:rsidRDefault="00000000">
      <w:pPr>
        <w:pStyle w:val="berschrift1"/>
        <w:rPr>
          <w:lang w:val="de-DE"/>
        </w:rPr>
      </w:pPr>
      <w:r w:rsidRPr="00433431">
        <w:rPr>
          <w:lang w:val="de-DE"/>
        </w:rPr>
        <w:t>5. Wendetangente und Normale</w:t>
      </w:r>
    </w:p>
    <w:p w14:paraId="32B0ECDC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Tangentensteigung: mₜ = f′(1) = 3 − 6 = −3.</w:t>
      </w:r>
    </w:p>
    <w:p w14:paraId="487B7123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Tangente durch W: y − 2 = −3(x − 1) ⇒ t(x) = −3x + 5.</w:t>
      </w:r>
    </w:p>
    <w:p w14:paraId="42B034EA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Normalensteigung: mₙ = −1/mₜ = 1/3.</w:t>
      </w:r>
    </w:p>
    <w:p w14:paraId="7CEACFBE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Normale durch W: y − 2 = (1/3)(x − 1) ⇒ n(x) = (1/3)x + 5/3.</w:t>
      </w:r>
    </w:p>
    <w:p w14:paraId="5730AAF3" w14:textId="77777777" w:rsidR="00910842" w:rsidRPr="00433431" w:rsidRDefault="00000000">
      <w:pPr>
        <w:pStyle w:val="berschrift1"/>
        <w:rPr>
          <w:lang w:val="de-DE"/>
        </w:rPr>
      </w:pPr>
      <w:r w:rsidRPr="00433431">
        <w:rPr>
          <w:lang w:val="de-DE"/>
        </w:rPr>
        <w:t>6. Monotonie und Skizzenhinweise</w:t>
      </w:r>
    </w:p>
    <w:p w14:paraId="011B2118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f′(x) = 3x(x − 2): positiv für x &lt; 0 und x &gt; 2; negativ für 0 &lt; x &lt; 2.</w:t>
      </w:r>
    </w:p>
    <w:p w14:paraId="08D15004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Steigend auf (−∞; 0), fallend auf (0; 2), steigend auf (2; ∞).</w:t>
      </w:r>
    </w:p>
    <w:p w14:paraId="60F76911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Für die Skizze: N₁(−1 | 0), H(0 | 4), W(1 | 2), T = N₂(2 | 0) eintragen; der Graph verläuft links unten und rechts oben.</w:t>
      </w:r>
    </w:p>
    <w:p w14:paraId="0E869EB0" w14:textId="77777777" w:rsidR="00910842" w:rsidRPr="00433431" w:rsidRDefault="00000000">
      <w:pPr>
        <w:pStyle w:val="berschrift1"/>
        <w:rPr>
          <w:lang w:val="de-DE"/>
        </w:rPr>
      </w:pPr>
      <w:r w:rsidRPr="00433431">
        <w:rPr>
          <w:lang w:val="de-DE"/>
        </w:rPr>
        <w:lastRenderedPageBreak/>
        <w:t>7. Vertikale Streckung</w:t>
      </w:r>
    </w:p>
    <w:p w14:paraId="5D827823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gₐ(x) = a f(x), a &gt; 1. Die Wendestelle bleibt x = 1, denn gₐ″(x) = a f″(x).</w:t>
      </w:r>
    </w:p>
    <w:p w14:paraId="7147CB60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Der Wendepunkt wird Wₐ(1 | 2a). Die Tangentensteigung ist gₐ′(1) = −3a.</w:t>
      </w:r>
    </w:p>
    <w:p w14:paraId="6A521AF5" w14:textId="77777777" w:rsidR="00910842" w:rsidRDefault="00000000">
      <w:r>
        <w:t>Wendetangente: y − 2a = −3a(x − 1) ⇒ tₐ(x) = −3ax + 5a.</w:t>
      </w:r>
    </w:p>
    <w:p w14:paraId="6AE11739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Mit wachsendem a wandert Wₐ nach oben; die Wendetangente wird steiler fallend.</w:t>
      </w:r>
    </w:p>
    <w:p w14:paraId="5844C6F6" w14:textId="77777777" w:rsidR="00910842" w:rsidRPr="00433431" w:rsidRDefault="00000000">
      <w:pPr>
        <w:rPr>
          <w:lang w:val="de-DE"/>
        </w:rPr>
      </w:pPr>
      <w:r w:rsidRPr="00433431">
        <w:rPr>
          <w:lang w:val="de-DE"/>
        </w:rPr>
        <w:t>Quelle / thematische Anregung: e-hausaufgaben.de, „Übungsaufgabe mit Lösung: Funktionsuntersuchung mit Nullstellen“ (abgerufen am 11.10.2026).</w:t>
      </w:r>
    </w:p>
    <w:sectPr w:rsidR="00910842" w:rsidRPr="00433431" w:rsidSect="00034616">
      <w:headerReference w:type="default" r:id="rId8"/>
      <w:footerReference w:type="default" r:id="rId9"/>
      <w:pgSz w:w="12240" w:h="15840"/>
      <w:pgMar w:top="1247" w:right="1800" w:bottom="1134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4FB93" w14:textId="77777777" w:rsidR="00CF57CB" w:rsidRDefault="00CF57CB">
      <w:pPr>
        <w:spacing w:after="0" w:line="240" w:lineRule="auto"/>
      </w:pPr>
      <w:r>
        <w:separator/>
      </w:r>
    </w:p>
  </w:endnote>
  <w:endnote w:type="continuationSeparator" w:id="0">
    <w:p w14:paraId="07454644" w14:textId="77777777" w:rsidR="00CF57CB" w:rsidRDefault="00CF5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5E8DC" w14:textId="77777777" w:rsidR="00910842" w:rsidRDefault="00000000">
    <w:pPr>
      <w:pStyle w:val="Fuzeile"/>
    </w:pPr>
    <w:r>
      <w:t xml:space="preserve">© F. Mohajerani | </w:t>
    </w:r>
    <w:proofErr w:type="spellStart"/>
    <w:r>
      <w:t>Schuljahr</w:t>
    </w:r>
    <w:proofErr w:type="spellEnd"/>
    <w:r>
      <w:t xml:space="preserve"> 2026/27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1FF3E" w14:textId="77777777" w:rsidR="00CF57CB" w:rsidRDefault="00CF57CB">
      <w:pPr>
        <w:spacing w:after="0" w:line="240" w:lineRule="auto"/>
      </w:pPr>
      <w:r>
        <w:separator/>
      </w:r>
    </w:p>
  </w:footnote>
  <w:footnote w:type="continuationSeparator" w:id="0">
    <w:p w14:paraId="7066FEF3" w14:textId="77777777" w:rsidR="00CF57CB" w:rsidRDefault="00CF5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AC3D2" w14:textId="4CA154D7" w:rsidR="00910842" w:rsidRPr="00433431" w:rsidRDefault="00000000">
    <w:pPr>
      <w:pStyle w:val="Kopfzeile"/>
      <w:rPr>
        <w:lang w:val="de-DE"/>
      </w:rPr>
    </w:pPr>
    <w:r w:rsidRPr="00433431">
      <w:rPr>
        <w:lang w:val="de-DE"/>
      </w:rPr>
      <w:t xml:space="preserve">MATHEMATIK | </w:t>
    </w:r>
    <w:r w:rsidR="009E5C85">
      <w:rPr>
        <w:lang w:val="de-DE"/>
      </w:rPr>
      <w:t>Q</w:t>
    </w:r>
    <w:r w:rsidRPr="00433431">
      <w:rPr>
        <w:lang w:val="de-DE"/>
      </w:rPr>
      <w:t>-PHASE · JAHRGANG 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2275794">
    <w:abstractNumId w:val="8"/>
  </w:num>
  <w:num w:numId="2" w16cid:durableId="1102720251">
    <w:abstractNumId w:val="6"/>
  </w:num>
  <w:num w:numId="3" w16cid:durableId="1333099364">
    <w:abstractNumId w:val="5"/>
  </w:num>
  <w:num w:numId="4" w16cid:durableId="2004502298">
    <w:abstractNumId w:val="4"/>
  </w:num>
  <w:num w:numId="5" w16cid:durableId="1132601594">
    <w:abstractNumId w:val="7"/>
  </w:num>
  <w:num w:numId="6" w16cid:durableId="1738242049">
    <w:abstractNumId w:val="3"/>
  </w:num>
  <w:num w:numId="7" w16cid:durableId="834297178">
    <w:abstractNumId w:val="2"/>
  </w:num>
  <w:num w:numId="8" w16cid:durableId="1442257492">
    <w:abstractNumId w:val="1"/>
  </w:num>
  <w:num w:numId="9" w16cid:durableId="503395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07F3"/>
    <w:rsid w:val="00433431"/>
    <w:rsid w:val="00910842"/>
    <w:rsid w:val="009E5C85"/>
    <w:rsid w:val="00AA1D8D"/>
    <w:rsid w:val="00B16857"/>
    <w:rsid w:val="00B47730"/>
    <w:rsid w:val="00BF372B"/>
    <w:rsid w:val="00CB0664"/>
    <w:rsid w:val="00CF57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C88A44"/>
  <w14:defaultImageDpi w14:val="300"/>
  <w15:docId w15:val="{F515BA97-5A0B-42F5-A933-684F4801C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ptos" w:hAnsi="Apto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Farhang</cp:lastModifiedBy>
  <cp:revision>2</cp:revision>
  <dcterms:created xsi:type="dcterms:W3CDTF">2026-10-10T22:29:00Z</dcterms:created>
  <dcterms:modified xsi:type="dcterms:W3CDTF">2026-10-10T22:29:00Z</dcterms:modified>
  <cp:category/>
</cp:coreProperties>
</file>